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Al Dirigente Scolastico dell’Istituto ____________________</w:t>
      </w:r>
    </w:p>
    <w:p>
      <w:pPr>
        <w:jc w:val="center"/>
      </w:pPr>
      <w:r>
        <w:rPr>
          <w:b/>
          <w:sz w:val="28"/>
        </w:rPr>
        <w:t>REVOCA DELLA DELEGA AL RITIRO / DELL’AUTORIZZAZIONE ALL’USCITA AUTONOMA</w:t>
      </w:r>
    </w:p>
    <w:p>
      <w:r>
        <w:t>I sottoscritti ____________________ e ____________________, esercenti la responsabilità genitoriale sull’alunno/a ____________________, frequentante nell’anno scolastico ____________________ la classe ____________________ sezione ____________________ del plesso ____________________,</w:t>
      </w:r>
    </w:p>
    <w:p>
      <w:pPr>
        <w:jc w:val="center"/>
      </w:pPr>
      <w:r>
        <w:rPr>
          <w:b/>
        </w:rPr>
        <w:t>REVOCANO</w:t>
      </w:r>
    </w:p>
    <w:p>
      <w:r>
        <w:t>con effetto dal ____________________ (in mancanza di data, con effetto immediato dalla ricezione):</w:t>
      </w:r>
    </w:p>
    <w:p>
      <w:pPr>
        <w:pStyle w:val="ListBullet"/>
      </w:pPr>
      <w:r>
        <w:t>la delega al ritiro rilasciata in data ____________________ alle seguenti persone:</w:t>
      </w:r>
    </w:p>
    <w:p>
      <w:pPr>
        <w:pStyle w:val="ListBullet"/>
      </w:pPr>
      <w:r>
        <w:t>l’autorizzazione all’uscita autonoma rilasciata in data ____________________ (barrare se interessa).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Nome e cognome della persona non più delegata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Note</w:t>
            </w:r>
          </w:p>
        </w:tc>
      </w:tr>
      <w:tr>
        <w:trPr>
          <w:trHeight w:val="510"/>
        </w:trP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rPr>
          <w:trHeight w:val="510"/>
        </w:trP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rPr>
          <w:trHeight w:val="510"/>
        </w:trP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</w:tbl>
    <w:p/>
    <w:p>
      <w:r>
        <w:t>Chiedono che il personale incaricato della vigilanza all’uscita sia informato tempestivamente della presente revoca.</w:t>
      </w:r>
    </w:p>
    <w:p>
      <w:r>
        <w:t>Luogo e data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Firma del genitore/tutore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Firma del genitore/tutore</w:t>
            </w:r>
          </w:p>
        </w:tc>
      </w:tr>
    </w:tbl>
    <w:p/>
    <w:p>
      <w:r>
        <w:rPr>
          <w:i/>
          <w:sz w:val="17"/>
        </w:rPr>
        <w:t>Modello indicativo predisposto da ScuolaPass (scuolapass.it). Con ScuolaPass la revoca effettuata dal genitore è visibile all’uscita in tempo reale.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revoca della delega al ritiro</dc:title>
  <dc:subject/>
  <dc:creator>ScuolaPass - DACSO S.r.l.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