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Al Dirigente Scolastico dell’Istituto ____________________</w:t>
      </w:r>
    </w:p>
    <w:p>
      <w:pPr>
        <w:jc w:val="center"/>
      </w:pPr>
      <w:r>
        <w:rPr>
          <w:b/>
          <w:sz w:val="28"/>
        </w:rPr>
        <w:t>DELEGA AL RITIRO DELL’ALUNNO/A</w:t>
      </w:r>
    </w:p>
    <w:p>
      <w:r>
        <w:t>I sottoscritti ____________________ (padre/madre/tutore) e ____________________ (padre/madre/tutore), esercenti la responsabilità genitoriale sull’alunno/a ____________________, nato/a a ____________________ il ____________________, iscritto/a per l’anno scolastico ____________________ alla classe ____________________ sezione ____________________ del plesso ____________________,</w:t>
      </w:r>
    </w:p>
    <w:p>
      <w:pPr>
        <w:jc w:val="center"/>
      </w:pPr>
      <w:r>
        <w:rPr>
          <w:b/>
        </w:rPr>
        <w:t>DELEGANO</w:t>
      </w:r>
    </w:p>
    <w:p>
      <w:r>
        <w:t>le seguenti persone maggiorenni a ritirare il/la proprio/a figlio/a al termine delle lezioni e in caso di uscita anticipata: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Nome e cognome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Luogo e data di nascita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Documento (tipo e numero)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Telefono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Firma del delegato</w:t>
            </w:r>
          </w:p>
        </w:tc>
      </w:tr>
      <w:tr>
        <w:trPr>
          <w:trHeight w:val="510"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t>I sottoscritti dichiarano:</w:t>
      </w:r>
    </w:p>
    <w:p>
      <w:pPr>
        <w:pStyle w:val="ListBullet"/>
      </w:pPr>
      <w:r>
        <w:t>di essere consapevoli che la responsabilità della scuola cessa dal momento in cui l’alunno/a è affidato/a alla persona delegata;</w:t>
      </w:r>
    </w:p>
    <w:p>
      <w:pPr>
        <w:pStyle w:val="ListBullet"/>
      </w:pPr>
      <w:r>
        <w:t>che la delega è valida per l’anno scolastico ____________________, salvo revoca scritta da comunicare tempestivamente alla scuola;</w:t>
      </w:r>
    </w:p>
    <w:p>
      <w:pPr>
        <w:pStyle w:val="ListBullet"/>
      </w:pPr>
      <w:r>
        <w:t>di aver informato le persone delegate e di aver messo a loro disposizione l’informativa sul trattamento dei dati personali dell’istituto;</w:t>
      </w:r>
    </w:p>
    <w:p>
      <w:pPr>
        <w:pStyle w:val="ListBullet"/>
      </w:pPr>
      <w:r>
        <w:t>che le persone delegate mostreranno un documento di identità valido su richiesta del personale scolastico.</w:t>
      </w:r>
    </w:p>
    <w:p>
      <w:r>
        <w:t>Luogo e data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Firma del genitore/tutore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genitore/tutore</w:t>
            </w:r>
          </w:p>
        </w:tc>
      </w:tr>
    </w:tbl>
    <w:p/>
    <w:p>
      <w:r>
        <w:rPr>
          <w:i/>
          <w:sz w:val="17"/>
        </w:rPr>
        <w:t>In caso di firma di un solo genitore: il sottoscritto, consapevole delle conseguenze amministrative e penali per chi rilascia dichiarazioni non corrispondenti a verità ai sensi del D.P.R. 445/2000, dichiara di aver effettuato la scelta in osservanza delle disposizioni sulla responsabilità genitoriale di cui agli artt. 316, 337-ter e 337-quater del codice civile, che richiedono il consenso di entrambi i genitori. Firma ____________________</w:t>
      </w:r>
    </w:p>
    <w:p>
      <w:r>
        <w:rPr>
          <w:i/>
          <w:sz w:val="17"/>
        </w:rPr>
        <w:t>Modello indicativo predisposto da ScuolaPass (scuolapass.it). Verificarne la conformità al regolamento d’istituto e alle indicazioni del DPO/RPD prima dell’uso.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delega al ritiro degli alunni</dc:title>
  <dc:subject/>
  <dc:creator>ScuolaPass - DACSO S.r.l.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